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rPr>
          <w:b/>
          <w:color w:val="1A1A1A"/>
          <w:sz w:val="30"/>
          <w:spacing w:val="40"/>
        </w:rPr>
        <w:t>ZAMÓWIENIE</w:t>
      </w:r>
    </w:p>
    <w:p>
      <w:pPr>
        <w:spacing w:before="0" w:after="20"/>
        <w:jc w:val="center"/>
      </w:pPr>
      <w:r>
        <w:rPr>
          <w:b w:val="0"/>
          <w:color w:val="1A1A1A"/>
        </w:rPr>
        <w:t xml:space="preserve">nr </w:t>
      </w:r>
      <w:r>
        <w:rPr>
          <w:b w:val="0"/>
          <w:color w:val="8C8C8C"/>
        </w:rPr>
        <w:t>…………………………………………………………</w:t>
      </w:r>
      <w:r>
        <w:rPr>
          <w:b w:val="0"/>
          <w:color w:val="1A1A1A"/>
        </w:rPr>
        <w:t xml:space="preserve">    z dnia </w:t>
      </w:r>
      <w:r>
        <w:rPr>
          <w:b w:val="0"/>
          <w:color w:val="8C8C8C"/>
        </w:rPr>
        <w:t>…………………………………………………………</w:t>
      </w:r>
    </w:p>
    <w:p>
      <w:pPr>
        <w:spacing w:before="0" w:after="140"/>
        <w:jc w:val="center"/>
      </w:pPr>
      <w:r>
        <w:rPr>
          <w:b w:val="0"/>
          <w:color w:val="8C8C8C"/>
          <w:sz w:val="17"/>
        </w:rPr>
        <w:t>numer nadaje Zamawiający; pole można zostawić puste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986"/>
        <w:gridCol w:w="4986"/>
      </w:tblGrid>
      <w:tr>
        <w:tc>
          <w:tcPr>
            <w:tcW w:type="dxa" w:w="4819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80"/>
            </w:pPr>
            <w:r/>
            <w:r>
              <w:rPr>
                <w:b/>
                <w:color w:val="8C8C8C"/>
                <w:sz w:val="17"/>
              </w:rPr>
              <w:t>ZAMAWIAJĄCY</w:t>
            </w:r>
          </w:p>
          <w:p>
            <w:pPr>
              <w:spacing w:before="0" w:after="40"/>
            </w:pPr>
            <w:r>
              <w:rPr>
                <w:b w:val="0"/>
                <w:color w:val="1A1A1A"/>
                <w:sz w:val="20"/>
              </w:rPr>
              <w:t xml:space="preserve">Nazwa: </w:t>
            </w:r>
            <w:r>
              <w:rPr>
                <w:b w:val="0"/>
                <w:color w:val="8C8C8C"/>
                <w:sz w:val="20"/>
              </w:rPr>
              <w:t>………………………………………………………………………</w:t>
            </w:r>
          </w:p>
          <w:p>
            <w:pPr>
              <w:spacing w:before="0" w:after="40"/>
            </w:pPr>
            <w:r>
              <w:rPr>
                <w:b w:val="0"/>
                <w:color w:val="8C8C8C"/>
                <w:sz w:val="20"/>
              </w:rPr>
              <w:t>………………………………………………………………………………</w:t>
            </w:r>
          </w:p>
          <w:p>
            <w:pPr>
              <w:spacing w:before="0" w:after="40"/>
            </w:pPr>
            <w:r>
              <w:rPr>
                <w:b w:val="0"/>
                <w:color w:val="1A1A1A"/>
                <w:sz w:val="20"/>
              </w:rPr>
              <w:t xml:space="preserve">Adres: </w:t>
            </w:r>
            <w:r>
              <w:rPr>
                <w:b w:val="0"/>
                <w:color w:val="8C8C8C"/>
                <w:sz w:val="20"/>
              </w:rPr>
              <w:t>………………………………………………………………………</w:t>
            </w:r>
          </w:p>
          <w:p>
            <w:pPr>
              <w:spacing w:before="0" w:after="40"/>
            </w:pPr>
            <w:r>
              <w:rPr>
                <w:b w:val="0"/>
                <w:color w:val="8C8C8C"/>
                <w:sz w:val="20"/>
              </w:rPr>
              <w:t>………………………………………………………………………………</w:t>
            </w:r>
          </w:p>
          <w:p>
            <w:pPr>
              <w:spacing w:before="0" w:after="40"/>
            </w:pPr>
            <w:r>
              <w:rPr>
                <w:b w:val="0"/>
                <w:color w:val="1A1A1A"/>
                <w:sz w:val="20"/>
              </w:rPr>
              <w:t xml:space="preserve">Osoba do kontaktu: </w:t>
            </w:r>
            <w:r>
              <w:rPr>
                <w:b w:val="0"/>
                <w:color w:val="8C8C8C"/>
                <w:sz w:val="20"/>
              </w:rPr>
              <w:t>…………………………………………</w:t>
            </w:r>
          </w:p>
          <w:p>
            <w:pPr>
              <w:spacing w:before="0" w:after="40"/>
            </w:pPr>
            <w:r>
              <w:rPr>
                <w:b w:val="0"/>
                <w:color w:val="1A1A1A"/>
                <w:sz w:val="20"/>
              </w:rPr>
              <w:t xml:space="preserve">Telefon: </w:t>
            </w:r>
            <w:r>
              <w:rPr>
                <w:b w:val="0"/>
                <w:color w:val="8C8C8C"/>
                <w:sz w:val="20"/>
              </w:rPr>
              <w:t>…………………………………………………………………</w:t>
            </w:r>
          </w:p>
          <w:p>
            <w:pPr>
              <w:spacing w:before="0" w:after="20"/>
            </w:pPr>
            <w:r>
              <w:rPr>
                <w:b w:val="0"/>
                <w:color w:val="1A1A1A"/>
                <w:sz w:val="20"/>
              </w:rPr>
              <w:t xml:space="preserve">E-mail: </w:t>
            </w:r>
            <w:r>
              <w:rPr>
                <w:b w:val="0"/>
                <w:color w:val="8C8C8C"/>
                <w:sz w:val="20"/>
              </w:rPr>
              <w:t>……………………………………………………………………</w:t>
            </w:r>
          </w:p>
        </w:tc>
        <w:tc>
          <w:tcPr>
            <w:tcW w:type="dxa" w:w="4819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fill="FAFAFA"/>
          </w:tcPr>
          <w:p>
            <w:pPr>
              <w:spacing w:before="20" w:after="80"/>
            </w:pPr>
            <w:r/>
            <w:r>
              <w:rPr>
                <w:b/>
                <w:color w:val="8C8C8C"/>
                <w:sz w:val="17"/>
              </w:rPr>
              <w:t>SPRZEDAWCA</w:t>
            </w:r>
          </w:p>
          <w:p>
            <w:pPr>
              <w:spacing w:before="0" w:after="40"/>
            </w:pPr>
            <w:r>
              <w:rPr>
                <w:b/>
                <w:color w:val="1A1A1A"/>
                <w:sz w:val="20"/>
              </w:rPr>
              <w:t>CSTiM sp. z o.o. – TabliceiMonitory.pl</w:t>
            </w:r>
          </w:p>
          <w:p>
            <w:pPr>
              <w:spacing w:before="0" w:after="40"/>
            </w:pPr>
            <w:r>
              <w:rPr>
                <w:b w:val="0"/>
                <w:color w:val="1A1A1A"/>
                <w:sz w:val="20"/>
              </w:rPr>
              <w:t>ul. Baśniowa 1/2, 05-091 Ząbki</w:t>
            </w:r>
          </w:p>
          <w:p>
            <w:pPr>
              <w:spacing w:before="0" w:after="40"/>
            </w:pPr>
            <w:r>
              <w:rPr>
                <w:b w:val="0"/>
                <w:color w:val="1A1A1A"/>
                <w:sz w:val="20"/>
              </w:rPr>
              <w:t>NIP 1251753111 · REGON 526024789</w:t>
            </w:r>
          </w:p>
          <w:p>
            <w:pPr>
              <w:spacing w:before="0" w:after="40"/>
            </w:pPr>
            <w:r>
              <w:rPr>
                <w:b w:val="0"/>
                <w:color w:val="1A1A1A"/>
                <w:sz w:val="20"/>
              </w:rPr>
              <w:t>KRS 0001050689</w:t>
            </w:r>
          </w:p>
          <w:p>
            <w:pPr>
              <w:spacing w:before="0" w:after="40"/>
            </w:pPr>
            <w:r>
              <w:rPr>
                <w:b w:val="0"/>
                <w:color w:val="1A1A1A"/>
                <w:sz w:val="20"/>
              </w:rPr>
              <w:t>tel. +48 503 666 256</w:t>
            </w:r>
          </w:p>
          <w:p>
            <w:pPr>
              <w:spacing w:before="0" w:after="20"/>
            </w:pPr>
            <w:r>
              <w:rPr>
                <w:b w:val="0"/>
                <w:color w:val="1A1A1A"/>
                <w:sz w:val="20"/>
              </w:rPr>
              <w:t>handlowy@tabliceimonitory.pl</w:t>
            </w:r>
          </w:p>
        </w:tc>
      </w:tr>
    </w:tbl>
    <w:p>
      <w:pPr>
        <w:spacing w:before="160" w:after="80"/>
        <w:pBdr>
          <w:bottom w:val="single" w:sz="4" w:space="3" w:color="DCDCDC"/>
        </w:pBdr>
      </w:pPr>
      <w:r>
        <w:rPr>
          <w:b/>
          <w:color w:val="1A1A1A"/>
          <w:sz w:val="21"/>
        </w:rPr>
        <w:t>1. Przedmiot zamówienia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567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fill="F4F4F4"/>
          </w:tcPr>
          <w:p>
            <w:pPr>
              <w:spacing w:before="20" w:after="40"/>
              <w:jc w:val="center"/>
            </w:pPr>
            <w:r/>
            <w:r>
              <w:rPr>
                <w:b/>
                <w:color w:val="1A1A1A"/>
                <w:sz w:val="18"/>
              </w:rPr>
              <w:t>Lp.</w:t>
            </w:r>
          </w:p>
        </w:tc>
        <w:tc>
          <w:tcPr>
            <w:tcW w:type="dxa" w:w="4649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fill="F4F4F4"/>
          </w:tcPr>
          <w:p>
            <w:pPr>
              <w:spacing w:before="20" w:after="40"/>
            </w:pPr>
            <w:r/>
            <w:r>
              <w:rPr>
                <w:b/>
                <w:color w:val="1A1A1A"/>
                <w:sz w:val="18"/>
              </w:rPr>
              <w:t>Nazwa towaru / usługi</w:t>
            </w:r>
          </w:p>
        </w:tc>
        <w:tc>
          <w:tcPr>
            <w:tcW w:type="dxa" w:w="102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fill="F4F4F4"/>
          </w:tcPr>
          <w:p>
            <w:pPr>
              <w:spacing w:before="20" w:after="40"/>
              <w:jc w:val="center"/>
            </w:pPr>
            <w:r/>
            <w:r>
              <w:rPr>
                <w:b/>
                <w:color w:val="1A1A1A"/>
                <w:sz w:val="18"/>
              </w:rPr>
              <w:t>Ilość</w:t>
            </w:r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fill="F4F4F4"/>
          </w:tcPr>
          <w:p>
            <w:pPr>
              <w:spacing w:before="20" w:after="40"/>
              <w:jc w:val="center"/>
            </w:pPr>
            <w:r/>
            <w:r>
              <w:rPr>
                <w:b/>
                <w:color w:val="1A1A1A"/>
                <w:sz w:val="18"/>
              </w:rPr>
              <w:t>Cena jedn. brutto</w:t>
            </w:r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fill="F4F4F4"/>
          </w:tcPr>
          <w:p>
            <w:pPr>
              <w:spacing w:before="20" w:after="40"/>
              <w:jc w:val="center"/>
            </w:pPr>
            <w:r/>
            <w:r>
              <w:rPr>
                <w:b/>
                <w:color w:val="1A1A1A"/>
                <w:sz w:val="18"/>
              </w:rPr>
              <w:t>Wartość brutto</w:t>
            </w:r>
          </w:p>
        </w:tc>
      </w:tr>
      <w:tr>
        <w:trPr>
          <w:trHeight w:val="351"/>
        </w:trPr>
        <w:tc>
          <w:tcPr>
            <w:tcW w:type="dxa" w:w="567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  <w:jc w:val="center"/>
            </w:pPr>
            <w:r/>
            <w:r>
              <w:rPr>
                <w:b w:val="0"/>
                <w:color w:val="8C8C8C"/>
                <w:sz w:val="20"/>
              </w:rPr>
              <w:t>1.</w:t>
            </w:r>
          </w:p>
        </w:tc>
        <w:tc>
          <w:tcPr>
            <w:tcW w:type="dxa" w:w="4649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02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</w:tr>
      <w:tr>
        <w:trPr>
          <w:trHeight w:val="351"/>
        </w:trPr>
        <w:tc>
          <w:tcPr>
            <w:tcW w:type="dxa" w:w="567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  <w:jc w:val="center"/>
            </w:pPr>
            <w:r/>
            <w:r>
              <w:rPr>
                <w:b w:val="0"/>
                <w:color w:val="8C8C8C"/>
                <w:sz w:val="20"/>
              </w:rPr>
              <w:t>2.</w:t>
            </w:r>
          </w:p>
        </w:tc>
        <w:tc>
          <w:tcPr>
            <w:tcW w:type="dxa" w:w="4649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02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</w:tr>
      <w:tr>
        <w:trPr>
          <w:trHeight w:val="351"/>
        </w:trPr>
        <w:tc>
          <w:tcPr>
            <w:tcW w:type="dxa" w:w="567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  <w:jc w:val="center"/>
            </w:pPr>
            <w:r/>
            <w:r>
              <w:rPr>
                <w:b w:val="0"/>
                <w:color w:val="8C8C8C"/>
                <w:sz w:val="20"/>
              </w:rPr>
              <w:t>3.</w:t>
            </w:r>
          </w:p>
        </w:tc>
        <w:tc>
          <w:tcPr>
            <w:tcW w:type="dxa" w:w="4649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02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</w:tr>
      <w:tr>
        <w:trPr>
          <w:trHeight w:val="351"/>
        </w:trPr>
        <w:tc>
          <w:tcPr>
            <w:tcW w:type="dxa" w:w="567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  <w:jc w:val="center"/>
            </w:pPr>
            <w:r/>
            <w:r>
              <w:rPr>
                <w:b w:val="0"/>
                <w:color w:val="8C8C8C"/>
                <w:sz w:val="20"/>
              </w:rPr>
              <w:t>4.</w:t>
            </w:r>
          </w:p>
        </w:tc>
        <w:tc>
          <w:tcPr>
            <w:tcW w:type="dxa" w:w="4649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02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</w:tr>
      <w:tr>
        <w:trPr>
          <w:trHeight w:val="351"/>
        </w:trPr>
        <w:tc>
          <w:tcPr>
            <w:tcW w:type="dxa" w:w="567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  <w:jc w:val="center"/>
            </w:pPr>
            <w:r/>
            <w:r>
              <w:rPr>
                <w:b w:val="0"/>
                <w:color w:val="8C8C8C"/>
                <w:sz w:val="20"/>
              </w:rPr>
              <w:t>5.</w:t>
            </w:r>
          </w:p>
        </w:tc>
        <w:tc>
          <w:tcPr>
            <w:tcW w:type="dxa" w:w="4649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02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</w:p>
        </w:tc>
      </w:tr>
      <w:tr>
        <w:tc>
          <w:tcPr>
            <w:tcW w:type="dxa" w:w="7937"/>
            <w:gridSpan w:val="4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fill="F4F4F4"/>
          </w:tcPr>
          <w:p>
            <w:pPr>
              <w:spacing w:before="20" w:after="40"/>
              <w:jc w:val="right"/>
            </w:pPr>
            <w:r/>
            <w:r>
              <w:rPr>
                <w:b/>
                <w:color w:val="1A1A1A"/>
                <w:sz w:val="20"/>
              </w:rPr>
              <w:t>RAZEM DO ZAPŁATY (brutto)</w:t>
            </w:r>
          </w:p>
        </w:tc>
        <w:tc>
          <w:tcPr>
            <w:tcW w:type="dxa" w:w="170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fill="F4F4F4"/>
          </w:tcPr>
          <w:p>
            <w:pPr>
              <w:spacing w:before="20" w:after="40"/>
              <w:jc w:val="center"/>
            </w:pPr>
            <w:r/>
          </w:p>
        </w:tc>
      </w:tr>
      <w:tr>
        <w:tc>
          <w:tcPr>
            <w:tcW w:type="dxa" w:w="9638"/>
            <w:gridSpan w:val="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40"/>
            </w:pPr>
            <w:r/>
            <w:r>
              <w:rPr>
                <w:b w:val="0"/>
                <w:color w:val="1A1A1A"/>
                <w:sz w:val="18"/>
              </w:rPr>
              <w:t xml:space="preserve">Słownie: </w:t>
            </w:r>
            <w:r>
              <w:rPr>
                <w:b w:val="0"/>
                <w:color w:val="8C8C8C"/>
                <w:sz w:val="18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spacing w:before="100" w:after="80"/>
        <w:pBdr>
          <w:bottom w:val="single" w:sz="4" w:space="3" w:color="DCDCDC"/>
        </w:pBdr>
      </w:pPr>
      <w:r>
        <w:rPr>
          <w:b/>
          <w:color w:val="1A1A1A"/>
          <w:sz w:val="21"/>
        </w:rPr>
        <w:t>2. Miejsce dostawy</w:t>
      </w:r>
    </w:p>
    <w:p>
      <w:pPr>
        <w:spacing w:before="0" w:after="40"/>
      </w:pPr>
      <w:r>
        <w:rPr>
          <w:b w:val="0"/>
          <w:color w:val="1A1A1A"/>
        </w:rPr>
        <w:t xml:space="preserve">Adres dostawy: </w:t>
      </w:r>
      <w:r>
        <w:rPr>
          <w:b w:val="0"/>
          <w:color w:val="8C8C8C"/>
        </w:rPr>
        <w:t>…………………………………………………………………………………………………………………………………………………</w:t>
      </w:r>
    </w:p>
    <w:p>
      <w:pPr>
        <w:spacing w:before="0" w:after="40"/>
      </w:pPr>
      <w:r>
        <w:rPr>
          <w:b w:val="0"/>
          <w:color w:val="1A1A1A"/>
        </w:rPr>
        <w:t xml:space="preserve">Osoba odbierająca: </w:t>
      </w:r>
      <w:r>
        <w:rPr>
          <w:b w:val="0"/>
          <w:color w:val="8C8C8C"/>
        </w:rPr>
        <w:t>………………………………………………………………</w:t>
      </w:r>
      <w:r>
        <w:rPr>
          <w:b w:val="0"/>
          <w:color w:val="1A1A1A"/>
        </w:rPr>
        <w:t xml:space="preserve">    Telefon: </w:t>
      </w:r>
      <w:r>
        <w:rPr>
          <w:b w:val="0"/>
          <w:color w:val="8C8C8C"/>
        </w:rPr>
        <w:t>…………………………………………</w:t>
      </w:r>
    </w:p>
    <w:p>
      <w:pPr>
        <w:spacing w:before="100" w:after="80"/>
        <w:pBdr>
          <w:bottom w:val="single" w:sz="4" w:space="3" w:color="DCDCDC"/>
        </w:pBdr>
      </w:pPr>
      <w:r>
        <w:rPr>
          <w:b/>
          <w:color w:val="1A1A1A"/>
          <w:sz w:val="21"/>
        </w:rPr>
        <w:t>3. Dane do faktury</w:t>
      </w:r>
    </w:p>
    <w:p>
      <w:pPr>
        <w:spacing w:before="0" w:after="40"/>
      </w:pPr>
      <w:r>
        <w:rPr>
          <w:b w:val="0"/>
          <w:color w:val="1A1A1A"/>
        </w:rPr>
        <w:t xml:space="preserve">Nabywca: </w:t>
      </w:r>
      <w:r>
        <w:rPr>
          <w:b w:val="0"/>
          <w:color w:val="8C8C8C"/>
        </w:rPr>
        <w:t>…………………………………………………………………………………………………………………………………………………………</w:t>
      </w:r>
    </w:p>
    <w:p>
      <w:pPr>
        <w:spacing w:before="0" w:after="40"/>
      </w:pPr>
      <w:r>
        <w:rPr>
          <w:b w:val="0"/>
          <w:color w:val="1A1A1A"/>
        </w:rPr>
        <w:t xml:space="preserve">Adres: </w:t>
      </w:r>
      <w:r>
        <w:rPr>
          <w:b w:val="0"/>
          <w:color w:val="8C8C8C"/>
        </w:rPr>
        <w:t>………………………………………………………………………………………………………………………………………………………………</w:t>
      </w:r>
    </w:p>
    <w:p>
      <w:pPr>
        <w:spacing w:before="0" w:after="40"/>
      </w:pPr>
      <w:r>
        <w:rPr>
          <w:b w:val="0"/>
          <w:color w:val="1A1A1A"/>
        </w:rPr>
        <w:t xml:space="preserve">NIP: </w:t>
      </w:r>
      <w:r>
        <w:rPr>
          <w:b w:val="0"/>
          <w:color w:val="8C8C8C"/>
        </w:rPr>
        <w:t xml:space="preserve">……………………………………………    </w:t>
      </w:r>
      <w:r>
        <w:rPr>
          <w:b w:val="0"/>
          <w:color w:val="8C8C8C"/>
          <w:sz w:val="17"/>
        </w:rPr>
        <w:t>(jeśli Zamawiający nie posiada NIP, prosimy zostawić puste)</w:t>
      </w:r>
    </w:p>
    <w:p>
      <w:pPr>
        <w:spacing w:before="100" w:after="80"/>
        <w:pBdr>
          <w:bottom w:val="single" w:sz="4" w:space="3" w:color="DCDCDC"/>
        </w:pBdr>
      </w:pPr>
      <w:r>
        <w:rPr>
          <w:b/>
          <w:color w:val="1A1A1A"/>
          <w:sz w:val="21"/>
        </w:rPr>
        <w:t>4. Forma i termin płatności</w:t>
      </w:r>
    </w:p>
    <w:p>
      <w:pPr>
        <w:spacing w:before="0" w:after="40"/>
      </w:pPr>
      <w:r>
        <w:rPr>
          <w:b w:val="0"/>
          <w:color w:val="1A1A1A"/>
        </w:rPr>
        <w:t>Płatność przelewem na rachunek bankowy wskazany na fakturze, w terminie 14 dni od daty otrzymania towaru wraz z fakturą (płatność odroczona).</w:t>
      </w:r>
    </w:p>
    <w:p>
      <w:pPr>
        <w:spacing w:before="100" w:after="80"/>
        <w:pBdr>
          <w:bottom w:val="single" w:sz="4" w:space="3" w:color="DCDCDC"/>
        </w:pBdr>
      </w:pPr>
      <w:r>
        <w:rPr>
          <w:b/>
          <w:color w:val="1A1A1A"/>
          <w:sz w:val="21"/>
        </w:rPr>
        <w:t>5. Oświadczenie Zamawiającego</w:t>
      </w:r>
    </w:p>
    <w:p>
      <w:pPr>
        <w:spacing w:before="0" w:after="120"/>
      </w:pPr>
      <w:r>
        <w:rPr>
          <w:b w:val="0"/>
          <w:color w:val="1A1A1A"/>
        </w:rPr>
        <w:t>Zamawiam towar / usługi wskazane wyżej na powyższych warunkach. Oświadczam, że jestem upoważniony(-a) do złożenia tego zamówienia w imieniu Zamawiającego, i zobowiązuję się do zapłaty należności w podanym terminie.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-108" w:type="dxa"/>
      </w:tblPr>
      <w:tblGrid>
        <w:gridCol w:w="4986"/>
        <w:gridCol w:w="4986"/>
      </w:tblGrid>
      <w:tr>
        <w:tc>
          <w:tcPr>
            <w:tcW w:type="dxa" w:w="4819"/>
          </w:tcPr>
          <w:p>
            <w:pPr>
              <w:spacing w:before="0" w:after="100"/>
            </w:pPr>
            <w:r/>
            <w:r>
              <w:rPr>
                <w:b w:val="0"/>
                <w:color w:val="8C8C8C"/>
                <w:sz w:val="18"/>
              </w:rPr>
              <w:t>Miejscowość i data:</w:t>
            </w:r>
          </w:p>
          <w:p>
            <w:pPr>
              <w:spacing w:before="0" w:after="40"/>
            </w:pPr>
            <w:r>
              <w:rPr>
                <w:b w:val="0"/>
                <w:color w:val="8C8C8C"/>
                <w:sz w:val="20"/>
              </w:rPr>
              <w:t>…………………………………………………………………………………</w:t>
            </w:r>
          </w:p>
        </w:tc>
        <w:tc>
          <w:tcPr>
            <w:tcW w:type="dxa" w:w="4819"/>
          </w:tcPr>
          <w:p>
            <w:pPr>
              <w:spacing w:before="0" w:after="100"/>
            </w:pPr>
            <w:r/>
            <w:r>
              <w:rPr>
                <w:b w:val="0"/>
                <w:color w:val="8C8C8C"/>
                <w:sz w:val="18"/>
              </w:rPr>
              <w:t>Imię i nazwisko:</w:t>
            </w:r>
          </w:p>
          <w:p>
            <w:pPr>
              <w:spacing w:before="0" w:after="40"/>
            </w:pPr>
            <w:r>
              <w:rPr>
                <w:b w:val="0"/>
                <w:color w:val="8C8C8C"/>
                <w:sz w:val="20"/>
              </w:rPr>
              <w:t>…………………………………………………………………………………</w:t>
            </w:r>
          </w:p>
        </w:tc>
      </w:tr>
      <w:tr>
        <w:tc>
          <w:tcPr>
            <w:tcW w:type="dxa" w:w="4819"/>
          </w:tcPr>
          <w:p>
            <w:pPr>
              <w:spacing w:before="100" w:after="100"/>
            </w:pPr>
            <w:r/>
            <w:r>
              <w:rPr>
                <w:b w:val="0"/>
                <w:color w:val="8C8C8C"/>
                <w:sz w:val="18"/>
              </w:rPr>
              <w:t>Stanowisko / funkcja:</w:t>
            </w:r>
          </w:p>
          <w:p>
            <w:pPr>
              <w:spacing w:before="0" w:after="40"/>
            </w:pPr>
            <w:r>
              <w:rPr>
                <w:b w:val="0"/>
                <w:color w:val="8C8C8C"/>
                <w:sz w:val="20"/>
              </w:rPr>
              <w:t>…………………………………………………………………………………</w:t>
            </w:r>
          </w:p>
        </w:tc>
        <w:tc>
          <w:tcPr>
            <w:tcW w:type="dxa" w:w="4819"/>
          </w:tcPr>
          <w:p>
            <w:pPr>
              <w:spacing w:before="100" w:after="100"/>
            </w:pPr>
            <w:r/>
            <w:r>
              <w:rPr>
                <w:b w:val="0"/>
                <w:color w:val="8C8C8C"/>
                <w:sz w:val="18"/>
              </w:rPr>
              <w:t>Podpis i pieczęć:</w:t>
            </w:r>
          </w:p>
          <w:p>
            <w:pPr>
              <w:spacing w:before="0" w:after="40"/>
            </w:pPr>
            <w:r>
              <w:rPr>
                <w:b w:val="0"/>
                <w:color w:val="8C8C8C"/>
                <w:sz w:val="20"/>
              </w:rPr>
              <w:t>…………………………………………………………………………………</w:t>
            </w:r>
          </w:p>
        </w:tc>
      </w:tr>
    </w:tbl>
    <w:p>
      <w:pPr>
        <w:spacing w:before="160" w:after="40"/>
      </w:pPr>
      <w:r>
        <w:rPr>
          <w:b w:val="0"/>
          <w:i/>
          <w:color w:val="1A1A1A"/>
          <w:sz w:val="17"/>
        </w:rPr>
        <w:t>Zamówienie można podpisać kwalifikowanym podpisem elektronicznym albo podpisem zaufanym – wtedy wystarczy odesłać podpisany plik PDF, bez drukowania i skanowania. Można też wydrukować, podpisać odręcznie i odesłać skan.</w:t>
      </w:r>
    </w:p>
    <w:p>
      <w:pPr>
        <w:spacing w:before="0" w:after="0"/>
      </w:pPr>
      <w:r>
        <w:rPr>
          <w:b w:val="0"/>
          <w:i/>
          <w:color w:val="1A1A1A"/>
          <w:sz w:val="17"/>
        </w:rPr>
        <w:t>Wypełnione zamówienie prosimy odesłać na adres: handlowy@tabliceimonitory.pl</w:t>
      </w:r>
    </w:p>
    <w:sectPr w:rsidR="00FC693F" w:rsidRPr="0006063C" w:rsidSect="00034616">
      <w:pgSz w:w="11906" w:h="16838"/>
      <w:pgMar w:top="680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